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1</w:t>
      </w:r>
    </w:p>
    <w:p>
      <w:pPr>
        <w:jc w:val="center"/>
      </w:pPr>
      <w:r>
        <w:rPr>
          <w:b/>
        </w:rPr>
        <w:t>FORMULARZ ZGŁOSZENIOWY KANDYDATA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Imię i nazwisko: ........................................................................................................................</w:t>
      </w:r>
    </w:p>
    <w:p>
      <w:r>
        <w:t>Adres e-mail: ........................................................................................................................</w:t>
      </w:r>
    </w:p>
    <w:p>
      <w:r>
        <w:t>Telefon: ........................................................................................................................</w:t>
      </w:r>
    </w:p>
    <w:p>
      <w:r>
        <w:t>Ukończone studia / kierunek: ........................................................................................................................</w:t>
      </w:r>
    </w:p>
    <w:p>
      <w:r>
        <w:t>Uczelnia: ........................................................................................................................</w:t>
      </w:r>
    </w:p>
    <w:p>
      <w:r>
        <w:t>Rok ukończenia: ........................................................................................................................</w:t>
      </w:r>
    </w:p>
    <w:p>
      <w:r>
        <w:t>Nr zgłoszenia (wypełnia PP): ........................................................................................................................</w:t>
      </w:r>
    </w:p>
    <w:p>
      <w:pPr>
        <w:pStyle w:val="Heading1"/>
      </w:pPr>
      <w:r>
        <w:t>Oświadczenia dotyczące warunków formalnych</w:t>
      </w:r>
    </w:p>
    <w:p>
      <w:r>
        <w:t>☐ ukończyłem/am co najmniej studia pierwszego stopnia;</w:t>
      </w:r>
    </w:p>
    <w:p>
      <w:r>
        <w:t>☐ posiadam wymagane przygotowanie kierunkowe;</w:t>
      </w:r>
    </w:p>
    <w:p>
      <w:r>
        <w:t>☐ posiadam przygotowanie pedagogiczne wymagane do wykonywania zawodu nauczyciela;</w:t>
      </w:r>
    </w:p>
    <w:p>
      <w:r>
        <w:t>☐ na dzień zakończenia naboru jestem zatrudniony/a w charakterze nauczyciela w szkole lub placówce systemu oświaty;</w:t>
      </w:r>
    </w:p>
    <w:p>
      <w:r>
        <w:t>☐ zapoznałem/am się z zasadami rekrutacji i przyjmuję do wiadomości, że ostatecznej oceny dokonuje komisja.</w:t>
      </w:r>
    </w:p>
    <w:p>
      <w:pPr>
        <w:pStyle w:val="Heading1"/>
      </w:pPr>
      <w:r>
        <w:t>Dokumenty</w:t>
      </w:r>
    </w:p>
    <w:p>
      <w:r>
        <w:t>☐ kopia dyplomu ukończenia studiów</w:t>
      </w:r>
    </w:p>
    <w:p>
      <w:r>
        <w:t>☐ dokument potwierdzający przygotowanie pedagogiczne</w:t>
      </w:r>
    </w:p>
    <w:p>
      <w:r>
        <w:t>☐ zaświadczenie dyrektora szkoły/placówki</w:t>
      </w:r>
    </w:p>
    <w:p>
      <w:r>
        <w:t>☐ karta samooceny</w:t>
      </w:r>
    </w:p>
    <w:p>
      <w:r>
        <w:t>☐ suplement / wykaz przedmiotów / program studiów – jeżeli potrzebny do oceny przygotowania kierunkowego</w:t>
      </w:r>
    </w:p>
    <w:p>
      <w:r>
        <w:t>☐ dokument OKE – jeżeli kandydat ubiega się o K5</w:t>
      </w:r>
    </w:p>
    <w:p>
      <w:r>
        <w:t>☐ potwierdzenie K6 – jeżeli kandydat ubiega się o K6</w:t>
      </w:r>
    </w:p>
    <w:p>
      <w:r>
        <w:br/>
        <w:t>Data: ........................................     Podpis / podpis elektroniczny: 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