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ZAŁĄCZNIK NR 3</w:t>
      </w:r>
    </w:p>
    <w:p>
      <w:pPr>
        <w:jc w:val="center"/>
      </w:pPr>
      <w:r>
        <w:rPr>
          <w:b/>
        </w:rPr>
        <w:t>ZAŚWIADCZENIE DYREKTORA SZKOŁY / PLACÓWKI</w:t>
      </w:r>
    </w:p>
    <w:p>
      <w:pPr>
        <w:jc w:val="center"/>
      </w:pPr>
      <w:r>
        <w:rPr>
          <w:i/>
        </w:rPr>
        <w:t>Studia podyplomowe „Cyberbezpieczeństwo dla nauczycieli”</w:t>
      </w:r>
    </w:p>
    <w:p>
      <w:r>
        <w:t>Nazwa szkoły / placówki: ................................................................................................................</w:t>
      </w:r>
    </w:p>
    <w:p>
      <w:r>
        <w:t>Adres: ................................................................................................................</w:t>
      </w:r>
    </w:p>
    <w:p>
      <w:r>
        <w:t>Imię i nazwisko kandydata: ................................................................................................................</w:t>
      </w:r>
    </w:p>
    <w:p>
      <w:pPr>
        <w:pStyle w:val="Heading1"/>
      </w:pPr>
      <w:r>
        <w:t>A. Warunek formalny – zatrudnienie nauczycielskie</w:t>
      </w:r>
    </w:p>
    <w:p>
      <w:r>
        <w:t>Zaświadczam, że wskazana osoba jest na dzień wystawienia zaświadczenia zatrudniona w charakterze nauczyciela w szkole / placówce systemu oświaty:  ☐ TAK  ☐ NIE</w:t>
      </w:r>
    </w:p>
    <w:p>
      <w:r>
        <w:t>Stanowisko / przedmiot(y) / rodzaj zajęć: ................................................................................................</w:t>
      </w:r>
    </w:p>
    <w:p>
      <w:pPr>
        <w:pStyle w:val="Heading1"/>
      </w:pPr>
      <w:r>
        <w:t>B. Kryteria rankingowe</w:t>
      </w:r>
    </w:p>
    <w:p>
      <w:r>
        <w:t>☐ K1 – Aktualne prowadzenie kształcenia zawodowego w zawodzie technik informatyk (w szczególności INF.02 lub INF.03)</w:t>
      </w:r>
    </w:p>
    <w:p>
      <w:r>
        <w:t>Przedmiot/moduł/zajęcia / rok szkolny / kwalifikacja (jeżeli dotyczy): ........................................................................</w:t>
      </w:r>
    </w:p>
    <w:p>
      <w:r>
        <w:t>☐ K2 – Aktualne prowadzenie kształcenia zawodowego w zawodzie technik teleinformatyk (w szczególności INF.07 lub INF.08)</w:t>
      </w:r>
    </w:p>
    <w:p>
      <w:r>
        <w:t>Przedmiot/moduł/zajęcia / rok szkolny / kwalifikacja (jeżeli dotyczy): ........................................................................</w:t>
      </w:r>
    </w:p>
    <w:p>
      <w:r>
        <w:t>☐ K3 – Aktualne prowadzenie kształcenia zawodowego w zawodzie technik programista (w szczególności INF.03 lub INF.04)</w:t>
      </w:r>
    </w:p>
    <w:p>
      <w:r>
        <w:t>Przedmiot/moduł/zajęcia / rok szkolny / kwalifikacja (jeżeli dotyczy): ........................................................................</w:t>
      </w:r>
    </w:p>
    <w:p>
      <w:r>
        <w:t>☐ K4 – Przygotowywanie uczniów do egzaminu zawodowego w odpowiednim zakresie w roku szkolnym 2025/2026 lub 2026/2027</w:t>
      </w:r>
    </w:p>
    <w:p>
      <w:r>
        <w:t>Przedmiot/moduł/zajęcia / rok szkolny / kwalifikacja (jeżeli dotyczy): ........................................................................</w:t>
      </w:r>
    </w:p>
    <w:p>
      <w:r>
        <w:br/>
        <w:t>Data: ............................   Imię i nazwisko dyrektora/osoby upoważnionej: ........................................................</w:t>
      </w:r>
    </w:p>
    <w:p>
      <w:r>
        <w:t>Podpis / podpis elektroniczny: ................................................................................................................</w:t>
      </w:r>
    </w:p>
    <w:sectPr w:rsidR="00FC693F" w:rsidRPr="0006063C" w:rsidSect="00034616">
      <w:footerReference w:type="default" r:id="rId9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Pakiet rekrutacyjny D5.6 • 02.10.2026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