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ZAŁĄCZNIK NR 5</w:t>
      </w:r>
    </w:p>
    <w:p>
      <w:pPr>
        <w:jc w:val="center"/>
      </w:pPr>
      <w:r>
        <w:rPr>
          <w:b/>
        </w:rPr>
        <w:t>POTWIERDZENIE DZIAŁALNOŚCI INSTRUKTORSKIEJ – K6</w:t>
      </w:r>
    </w:p>
    <w:p>
      <w:pPr>
        <w:jc w:val="center"/>
      </w:pPr>
      <w:r>
        <w:rPr>
          <w:i/>
        </w:rPr>
        <w:t>Studia podyplomowe „Cyberbezpieczeństwo dla nauczycieli”</w:t>
      </w:r>
    </w:p>
    <w:p>
      <w:r>
        <w:t>Imię i nazwisko kandydata: ................................................................................................................</w:t>
      </w:r>
    </w:p>
    <w:p>
      <w:r>
        <w:t>Nazwa organizatora / instytucji: ................................................................................................................</w:t>
      </w:r>
    </w:p>
    <w:p>
      <w:r>
        <w:t>Nazwa programu edukacyjnego: ................................................................................................................</w:t>
      </w:r>
    </w:p>
    <w:p>
      <w:r>
        <w:t>Zakres tematyczny programu: ................................................................................................................</w:t>
      </w:r>
    </w:p>
    <w:p>
      <w:r>
        <w:t>Okres faktycznego prowadzenia zajęć: ................................................................................................................</w:t>
      </w:r>
    </w:p>
    <w:p>
      <w:r>
        <w:t>Opis prowadzonych zajęć / rola kandydata: ................................................................................................................</w:t>
      </w:r>
    </w:p>
    <w:p>
      <w:r>
        <w:t>Potwierdzam, że kandydat faktycznie prowadził zajęcia w ramach wskazanego programu w roku szkolnym 2025/2026 lub 2026/2027.</w:t>
      </w:r>
    </w:p>
    <w:p>
      <w:r>
        <w:br/>
        <w:t>Data: ............................   Imię i nazwisko osoby upoważnionej: ........................................................</w:t>
      </w:r>
    </w:p>
    <w:p>
      <w:r>
        <w:t>Podpis / podpis elektroniczny: 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Pakiet rekrutacyjny D5.6 • 02.10.2026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