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ZAŁĄCZNIK NR 6</w:t>
      </w:r>
    </w:p>
    <w:p>
      <w:pPr>
        <w:jc w:val="center"/>
      </w:pPr>
      <w:r>
        <w:rPr>
          <w:b/>
        </w:rPr>
        <w:t>LISTA KOMPLETNOŚCI ZGŁOSZENIA</w:t>
      </w:r>
    </w:p>
    <w:p>
      <w:pPr>
        <w:jc w:val="center"/>
      </w:pPr>
      <w:r>
        <w:rPr>
          <w:i/>
        </w:rPr>
        <w:t>Studia podyplomowe „Cyberbezpieczeństwo dla nauczycieli”</w:t>
      </w:r>
    </w:p>
    <w:p>
      <w:r>
        <w:t>Kandydat / nr zgłoszenia: ................................................................................................................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fill="D9EAF7"/>
          </w:tcPr>
          <w:p>
            <w:r>
              <w:t>Dokument / warunek</w:t>
            </w:r>
          </w:p>
        </w:tc>
        <w:tc>
          <w:tcPr>
            <w:tcW w:type="dxa" w:w="2493"/>
            <w:shd w:fill="D9EAF7"/>
          </w:tcPr>
          <w:p>
            <w:r>
              <w:t>Jest</w:t>
            </w:r>
          </w:p>
        </w:tc>
        <w:tc>
          <w:tcPr>
            <w:tcW w:type="dxa" w:w="2493"/>
            <w:shd w:fill="D9EAF7"/>
          </w:tcPr>
          <w:p>
            <w:r>
              <w:t>Brak / uzupełnienie</w:t>
            </w:r>
          </w:p>
        </w:tc>
        <w:tc>
          <w:tcPr>
            <w:tcW w:type="dxa" w:w="2493"/>
            <w:shd w:fill="D9EAF7"/>
          </w:tcPr>
          <w:p>
            <w:r>
              <w:t>Uwagi</w:t>
            </w:r>
          </w:p>
        </w:tc>
      </w:tr>
      <w:tr>
        <w:tc>
          <w:tcPr>
            <w:tcW w:type="dxa" w:w="2493"/>
          </w:tcPr>
          <w:p>
            <w:r>
              <w:t>formularz zgłoszeniowy</w:t>
            </w:r>
          </w:p>
        </w:tc>
        <w:tc>
          <w:tcPr>
            <w:tcW w:type="dxa" w:w="2493"/>
          </w:tcPr>
          <w:p>
            <w:r>
              <w:t>☐</w:t>
            </w:r>
          </w:p>
        </w:tc>
        <w:tc>
          <w:tcPr>
            <w:tcW w:type="dxa" w:w="2493"/>
          </w:tcPr>
          <w:p>
            <w:r>
              <w:t>☐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dyplom</w:t>
            </w:r>
          </w:p>
        </w:tc>
        <w:tc>
          <w:tcPr>
            <w:tcW w:type="dxa" w:w="2493"/>
          </w:tcPr>
          <w:p>
            <w:r>
              <w:t>☐</w:t>
            </w:r>
          </w:p>
        </w:tc>
        <w:tc>
          <w:tcPr>
            <w:tcW w:type="dxa" w:w="2493"/>
          </w:tcPr>
          <w:p>
            <w:r>
              <w:t>☐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przygotowanie pedagogiczne</w:t>
            </w:r>
          </w:p>
        </w:tc>
        <w:tc>
          <w:tcPr>
            <w:tcW w:type="dxa" w:w="2493"/>
          </w:tcPr>
          <w:p>
            <w:r>
              <w:t>☐</w:t>
            </w:r>
          </w:p>
        </w:tc>
        <w:tc>
          <w:tcPr>
            <w:tcW w:type="dxa" w:w="2493"/>
          </w:tcPr>
          <w:p>
            <w:r>
              <w:t>☐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zaświadczenie o zatrudnieniu nauczycielskim</w:t>
            </w:r>
          </w:p>
        </w:tc>
        <w:tc>
          <w:tcPr>
            <w:tcW w:type="dxa" w:w="2493"/>
          </w:tcPr>
          <w:p>
            <w:r>
              <w:t>☐</w:t>
            </w:r>
          </w:p>
        </w:tc>
        <w:tc>
          <w:tcPr>
            <w:tcW w:type="dxa" w:w="2493"/>
          </w:tcPr>
          <w:p>
            <w:r>
              <w:t>☐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przygotowanie kierunkowe możliwe do oceny</w:t>
            </w:r>
          </w:p>
        </w:tc>
        <w:tc>
          <w:tcPr>
            <w:tcW w:type="dxa" w:w="2493"/>
          </w:tcPr>
          <w:p>
            <w:r>
              <w:t>☐</w:t>
            </w:r>
          </w:p>
        </w:tc>
        <w:tc>
          <w:tcPr>
            <w:tcW w:type="dxa" w:w="2493"/>
          </w:tcPr>
          <w:p>
            <w:r>
              <w:t>☐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karta samooceny</w:t>
            </w:r>
          </w:p>
        </w:tc>
        <w:tc>
          <w:tcPr>
            <w:tcW w:type="dxa" w:w="2493"/>
          </w:tcPr>
          <w:p>
            <w:r>
              <w:t>☐</w:t>
            </w:r>
          </w:p>
        </w:tc>
        <w:tc>
          <w:tcPr>
            <w:tcW w:type="dxa" w:w="2493"/>
          </w:tcPr>
          <w:p>
            <w:r>
              <w:t>☐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dokument K5 (jeżeli dotyczy)</w:t>
            </w:r>
          </w:p>
        </w:tc>
        <w:tc>
          <w:tcPr>
            <w:tcW w:type="dxa" w:w="2493"/>
          </w:tcPr>
          <w:p>
            <w:r>
              <w:t>☐</w:t>
            </w:r>
          </w:p>
        </w:tc>
        <w:tc>
          <w:tcPr>
            <w:tcW w:type="dxa" w:w="2493"/>
          </w:tcPr>
          <w:p>
            <w:r>
              <w:t>☐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dokument K6 (jeżeli dotyczy)</w:t>
            </w:r>
          </w:p>
        </w:tc>
        <w:tc>
          <w:tcPr>
            <w:tcW w:type="dxa" w:w="2493"/>
          </w:tcPr>
          <w:p>
            <w:r>
              <w:t>☐</w:t>
            </w:r>
          </w:p>
        </w:tc>
        <w:tc>
          <w:tcPr>
            <w:tcW w:type="dxa" w:w="2493"/>
          </w:tcPr>
          <w:p>
            <w:r>
              <w:t>☐</w:t>
            </w:r>
          </w:p>
        </w:tc>
        <w:tc>
          <w:tcPr>
            <w:tcW w:type="dxa" w:w="2493"/>
          </w:tcPr>
          <w:p>
            <w:r/>
          </w:p>
        </w:tc>
      </w:tr>
    </w:tbl>
    <w:p>
      <w:r>
        <w:t>Minimalny komplet zachowujący moment pierwotnego złożenia: formularz + dyplom + przygotowanie pedagogiczne + zaświadczenie o zatrudnieniu nauczycielskim.</w:t>
      </w:r>
    </w:p>
    <w:sectPr w:rsidR="00FC693F" w:rsidRPr="0006063C" w:rsidSect="00034616">
      <w:footerReference w:type="default" r:id="rId9"/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Pakiet rekrutacyjny D5.6 • 02.10.2026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